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1"/>
        <w:spacing w:lineRule="auto" w:line="360" w:before="0" w:after="80"/>
        <w:jc w:val="center"/>
        <w:rPr>
          <w:rFonts w:ascii="Roboto" w:hAnsi="Roboto" w:eastAsia="Roboto" w:cs="Roboto"/>
          <w:color w:val="000000"/>
          <w:sz w:val="24"/>
          <w:szCs w:val="24"/>
        </w:rPr>
      </w:pPr>
      <w:r>
        <w:rPr>
          <w:rFonts w:eastAsia="Roboto" w:cs="Roboto" w:ascii="Roboto" w:hAnsi="Roboto"/>
          <w:color w:val="000000"/>
          <w:sz w:val="24"/>
          <w:szCs w:val="24"/>
        </w:rPr>
      </w:r>
      <w:bookmarkStart w:id="0" w:name="_GoBack"/>
      <w:bookmarkStart w:id="1" w:name="_heading=h.67wib7i9a4wx"/>
      <w:bookmarkStart w:id="2" w:name="_GoBack"/>
      <w:bookmarkStart w:id="3" w:name="_heading=h.67wib7i9a4wx"/>
      <w:bookmarkEnd w:id="2"/>
      <w:bookmarkEnd w:id="3"/>
    </w:p>
    <w:p>
      <w:pPr>
        <w:pStyle w:val="Ttulo1"/>
        <w:spacing w:lineRule="auto" w:line="360" w:before="0" w:after="80"/>
        <w:jc w:val="center"/>
        <w:rPr>
          <w:rFonts w:ascii="Roboto" w:hAnsi="Roboto" w:eastAsia="Roboto" w:cs="Roboto"/>
          <w:color w:val="000000"/>
          <w:sz w:val="24"/>
          <w:szCs w:val="24"/>
        </w:rPr>
      </w:pPr>
      <w:r>
        <w:rPr>
          <w:rFonts w:eastAsia="Roboto" w:cs="Roboto" w:ascii="Roboto" w:hAnsi="Roboto"/>
          <w:color w:val="000000"/>
          <w:sz w:val="24"/>
          <w:szCs w:val="24"/>
        </w:rPr>
        <w:t>FORMULARIO DE SOLICITUD DE INSCRIPCIÓN AL PADRÓN DE GRADUADOS</w:t>
      </w:r>
    </w:p>
    <w:p>
      <w:pPr>
        <w:pStyle w:val="Ttulo1"/>
        <w:spacing w:lineRule="auto" w:line="360" w:before="0" w:after="80"/>
        <w:jc w:val="center"/>
        <w:rPr>
          <w:rFonts w:ascii="Roboto" w:hAnsi="Roboto" w:eastAsia="Roboto" w:cs="Roboto"/>
          <w:color w:val="000000"/>
          <w:sz w:val="24"/>
          <w:szCs w:val="24"/>
        </w:rPr>
      </w:pPr>
      <w:bookmarkStart w:id="4" w:name="_heading=h.k6hzmil5ag4d"/>
      <w:bookmarkEnd w:id="4"/>
      <w:r>
        <w:rPr>
          <w:rFonts w:eastAsia="Roboto" w:cs="Roboto" w:ascii="Roboto" w:hAnsi="Roboto"/>
          <w:color w:val="000000"/>
          <w:sz w:val="24"/>
          <w:szCs w:val="24"/>
        </w:rPr>
        <w:t xml:space="preserve"> </w:t>
      </w:r>
      <w:r>
        <w:rPr>
          <w:rFonts w:eastAsia="Roboto" w:cs="Roboto" w:ascii="Roboto" w:hAnsi="Roboto"/>
          <w:color w:val="000000"/>
          <w:sz w:val="24"/>
          <w:szCs w:val="24"/>
        </w:rPr>
        <w:t>INSTITUTO UNIVERSITARIO PATAGÓNICO DE LAS ARTES - ELECCIONES 2026</w:t>
      </w:r>
    </w:p>
    <w:p>
      <w:pPr>
        <w:pStyle w:val="Normal"/>
        <w:spacing w:lineRule="auto" w:line="360" w:before="0" w:after="80"/>
        <w:rPr>
          <w:rFonts w:ascii="Roboto" w:hAnsi="Roboto"/>
        </w:rPr>
      </w:pPr>
      <w:r>
        <w:rPr>
          <w:rFonts w:ascii="Roboto" w:hAnsi="Roboto"/>
        </w:rPr>
      </w:r>
    </w:p>
    <w:p>
      <w:pPr>
        <w:pStyle w:val="Normal"/>
        <w:widowControl w:val="false"/>
        <w:numPr>
          <w:ilvl w:val="0"/>
          <w:numId w:val="1"/>
        </w:numPr>
        <w:spacing w:lineRule="auto" w:line="384" w:before="0" w:after="240"/>
        <w:rPr>
          <w:rFonts w:ascii="Roboto" w:hAnsi="Roboto" w:eastAsia="Roboto" w:cs="Roboto"/>
          <w:b/>
          <w:b/>
          <w:bCs/>
        </w:rPr>
      </w:pPr>
      <w:r>
        <w:rPr>
          <w:rFonts w:eastAsia="Roboto" w:cs="Roboto" w:ascii="Roboto" w:hAnsi="Roboto"/>
          <w:b/>
          <w:bCs/>
        </w:rPr>
        <w:t>DATOS DEL GRADUADO</w:t>
      </w:r>
    </w:p>
    <w:p>
      <w:pPr>
        <w:pStyle w:val="Normal"/>
        <w:widowControl w:val="false"/>
        <w:spacing w:lineRule="auto" w:line="600" w:before="0" w:after="0"/>
        <w:jc w:val="both"/>
        <w:rPr>
          <w:rFonts w:ascii="Roboto" w:hAnsi="Roboto" w:eastAsia="Roboto" w:cs="Roboto"/>
          <w:b/>
          <w:b/>
          <w:bCs/>
        </w:rPr>
      </w:pPr>
      <w:r>
        <w:rPr>
          <w:rFonts w:eastAsia="Roboto" w:cs="Roboto" w:ascii="Roboto" w:hAnsi="Roboto"/>
          <w:b/>
          <w:bCs/>
        </w:rPr>
        <w:t>Nombre:_____________________________Apellido:___________________________________________</w:t>
      </w:r>
    </w:p>
    <w:p>
      <w:pPr>
        <w:pStyle w:val="Normal"/>
        <w:widowControl w:val="false"/>
        <w:spacing w:lineRule="auto" w:line="600" w:before="0" w:after="0"/>
        <w:jc w:val="both"/>
        <w:rPr>
          <w:rFonts w:ascii="Roboto" w:hAnsi="Roboto" w:eastAsia="Roboto" w:cs="Roboto"/>
          <w:b/>
          <w:b/>
          <w:bCs/>
        </w:rPr>
      </w:pPr>
      <w:r>
        <w:rPr>
          <w:rFonts w:eastAsia="Roboto" w:cs="Roboto" w:ascii="Roboto" w:hAnsi="Roboto"/>
          <w:b/>
          <w:bCs/>
        </w:rPr>
        <w:t xml:space="preserve">DNI N°: ___________________________ Título obtenido </w:t>
      </w:r>
      <w:r>
        <w:rPr>
          <w:rFonts w:eastAsia="Roboto" w:cs="Roboto" w:ascii="Roboto" w:hAnsi="Roboto"/>
          <w:i/>
          <w:iCs/>
        </w:rPr>
        <w:t>(como figura exactamente en el título/diploma original):</w:t>
      </w:r>
      <w:r>
        <w:rPr>
          <w:rFonts w:eastAsia="Roboto" w:cs="Roboto" w:ascii="Roboto" w:hAnsi="Roboto"/>
          <w:b/>
          <w:bCs/>
        </w:rPr>
        <w:t xml:space="preserve"> _______________________________________________________________ __________________________________________________________________________________________</w:t>
      </w:r>
    </w:p>
    <w:p>
      <w:pPr>
        <w:pStyle w:val="Normal"/>
        <w:widowControl w:val="false"/>
        <w:spacing w:lineRule="auto" w:line="600" w:before="0" w:after="0"/>
        <w:jc w:val="both"/>
        <w:rPr>
          <w:rFonts w:ascii="Roboto" w:hAnsi="Roboto" w:eastAsia="Roboto" w:cs="Roboto"/>
          <w:b/>
          <w:b/>
          <w:bCs/>
        </w:rPr>
      </w:pPr>
      <w:r>
        <w:rPr>
          <w:rFonts w:eastAsia="Roboto" w:cs="Roboto" w:ascii="Roboto" w:hAnsi="Roboto"/>
          <w:b/>
          <w:bCs/>
        </w:rPr>
        <w:t>Teléfono de contacto: ______________________ Correo electrónico: __________________________</w:t>
      </w:r>
    </w:p>
    <w:p>
      <w:pPr>
        <w:pStyle w:val="Normal"/>
        <w:widowControl w:val="false"/>
        <w:numPr>
          <w:ilvl w:val="0"/>
          <w:numId w:val="1"/>
        </w:numPr>
        <w:spacing w:lineRule="auto" w:line="384" w:before="360" w:after="240"/>
        <w:rPr>
          <w:rFonts w:ascii="Roboto" w:hAnsi="Roboto" w:eastAsia="Roboto" w:cs="Roboto"/>
          <w:b/>
          <w:b/>
          <w:bCs/>
        </w:rPr>
      </w:pPr>
      <w:r>
        <w:rPr>
          <w:rFonts w:eastAsia="Roboto" w:cs="Roboto" w:ascii="Roboto" w:hAnsi="Roboto"/>
          <w:b/>
          <w:bCs/>
        </w:rPr>
        <w:t>DOCUMENTACIÓN PRESENTADA (marcar con una cruz lo que se adjunta)</w:t>
      </w:r>
    </w:p>
    <w:p>
      <w:pPr>
        <w:pStyle w:val="Normal"/>
        <w:spacing w:lineRule="auto" w:line="384" w:before="0" w:after="240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</w:rPr>
        <w:t>Escaneado en PDF del DNI (frente y dorso</w:t>
      </w:r>
      <w:r>
        <w:rPr>
          <w:rFonts w:eastAsia="Roboto" w:cs="Roboto" w:ascii="Roboto" w:hAnsi="Roboto"/>
          <w:bCs/>
        </w:rPr>
        <w:t xml:space="preserve">):      </w:t>
      </w:r>
      <w:sdt>
        <w:sdtPr>
          <w:id w:val="2039627886"/>
        </w:sdtPr>
        <w:sdtContent>
          <w:r>
            <w:rPr/>
            <w:t>Sí ☐    No ☐</w:t>
          </w:r>
        </w:sdtContent>
      </w:sdt>
    </w:p>
    <w:p>
      <w:pPr>
        <w:pStyle w:val="Normal"/>
        <w:spacing w:lineRule="auto" w:line="384" w:before="0" w:after="240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</w:rPr>
        <w:t>Escaneado en PDF</w:t>
      </w:r>
      <w:r>
        <w:rPr>
          <w:rFonts w:eastAsia="Roboto" w:cs="Roboto" w:ascii="Roboto" w:hAnsi="Roboto"/>
          <w:b/>
          <w:bCs/>
          <w:highlight w:val="white"/>
        </w:rPr>
        <w:t xml:space="preserve"> del Título/Diploma:</w:t>
      </w:r>
      <w:r>
        <w:rPr>
          <w:rFonts w:eastAsia="Roboto" w:cs="Roboto" w:ascii="Roboto" w:hAnsi="Roboto"/>
          <w:highlight w:val="white"/>
        </w:rPr>
        <w:t xml:space="preserve">  </w:t>
      </w:r>
      <w:sdt>
        <w:sdtPr>
          <w:id w:val="332736037"/>
        </w:sdtPr>
        <w:sdtContent>
          <w:r>
            <w:rPr/>
            <w:t xml:space="preserve">            Sí ☐    No ☐</w:t>
          </w:r>
        </w:sdtContent>
      </w:sdt>
    </w:p>
    <w:p>
      <w:pPr>
        <w:pStyle w:val="Normal"/>
        <w:widowControl w:val="false"/>
        <w:numPr>
          <w:ilvl w:val="0"/>
          <w:numId w:val="1"/>
        </w:numPr>
        <w:pBdr/>
        <w:spacing w:lineRule="auto" w:line="384" w:before="600" w:after="240"/>
        <w:rPr>
          <w:rFonts w:ascii="Roboto" w:hAnsi="Roboto" w:eastAsia="Roboto" w:cs="Roboto"/>
          <w:b/>
          <w:b/>
          <w:bCs/>
        </w:rPr>
      </w:pPr>
      <w:r>
        <w:rPr>
          <w:rFonts w:eastAsia="Roboto" w:cs="Roboto" w:ascii="Roboto" w:hAnsi="Roboto"/>
          <w:b/>
          <w:bCs/>
        </w:rPr>
        <w:t xml:space="preserve">DECLARACIÓN JURADA </w:t>
      </w:r>
    </w:p>
    <w:p>
      <w:pPr>
        <w:pStyle w:val="Normal"/>
        <w:spacing w:lineRule="auto" w:line="384" w:before="0" w:after="240"/>
        <w:jc w:val="both"/>
        <w:rPr>
          <w:rFonts w:ascii="Roboto" w:hAnsi="Roboto" w:eastAsia="Roboto" w:cs="Roboto"/>
          <w:highlight w:val="cyan"/>
        </w:rPr>
      </w:pPr>
      <w:r>
        <w:rPr>
          <w:rFonts w:eastAsia="Roboto" w:cs="Roboto" w:ascii="Roboto" w:hAnsi="Roboto"/>
        </w:rPr>
        <w:t>Por medio de la presente, solicito la inscripción al Padrón de Graduados del Instituto Universitario Patagónico de las Artes (IUPA) para participar de las elecciones institucionales  conducentes a la elección de representantes en el Consejo Superior.</w:t>
      </w:r>
    </w:p>
    <w:p>
      <w:pPr>
        <w:pStyle w:val="Normal"/>
        <w:spacing w:lineRule="auto" w:line="384" w:before="480" w:after="240"/>
        <w:rPr>
          <w:rFonts w:ascii="Roboto" w:hAnsi="Roboto" w:eastAsia="Roboto" w:cs="Roboto"/>
          <w:b/>
          <w:b/>
          <w:bCs/>
        </w:rPr>
      </w:pPr>
      <w:r>
        <w:rPr>
          <w:rFonts w:eastAsia="Roboto" w:cs="Roboto" w:ascii="Roboto" w:hAnsi="Roboto"/>
          <w:b/>
          <w:bCs/>
        </w:rPr>
        <w:t>Firma: _____________________________________</w:t>
      </w:r>
    </w:p>
    <w:p>
      <w:pPr>
        <w:pStyle w:val="Normal"/>
        <w:spacing w:lineRule="auto" w:line="384" w:before="360" w:after="240"/>
        <w:rPr>
          <w:rFonts w:ascii="Roboto" w:hAnsi="Roboto" w:eastAsia="Roboto" w:cs="Roboto"/>
          <w:b/>
          <w:b/>
          <w:bCs/>
        </w:rPr>
      </w:pPr>
      <w:r>
        <w:rPr>
          <w:rFonts w:eastAsia="Roboto" w:cs="Roboto" w:ascii="Roboto" w:hAnsi="Roboto"/>
          <w:b/>
          <w:bCs/>
        </w:rPr>
        <w:t>Aclaración: ________________________________</w:t>
      </w:r>
    </w:p>
    <w:p>
      <w:pPr>
        <w:pStyle w:val="Normal"/>
        <w:spacing w:lineRule="auto" w:line="384" w:before="360" w:after="240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</w:rPr>
        <w:t>Fecha:  _________ / __________ / __________</w:t>
      </w:r>
    </w:p>
    <w:sectPr>
      <w:headerReference w:type="default" r:id="rId2"/>
      <w:type w:val="nextPage"/>
      <w:pgSz w:w="11906" w:h="16838"/>
      <w:pgMar w:left="1531" w:right="1531" w:gutter="0" w:header="397" w:top="1361" w:footer="0" w:bottom="1361"/>
      <w:pgNumType w:start="1"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mbria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alibri"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ourier">
    <w:altName w:val="Courier New"/>
    <w:charset w:val="01"/>
    <w:family w:val="roman"/>
    <w:pitch w:val="variable"/>
  </w:font>
  <w:font w:name="Segoe UI">
    <w:charset w:val="01"/>
    <w:family w:val="roman"/>
    <w:pitch w:val="variable"/>
    <w:embedRegular r:id="rId13" w:fontKey="{0D014A78-CABC-4EF0-12AC-5CD89AEFDE0D}"/>
  </w:font>
  <w:font w:name="Liberation Sans">
    <w:altName w:val="Arial"/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Roboto">
    <w:charset w:val="01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right" w:pos="4252" w:leader="none"/>
        <w:tab w:val="right" w:pos="8504" w:leader="none"/>
      </w:tabs>
      <w:spacing w:lineRule="auto" w:line="240" w:before="0" w:after="0"/>
      <w:rPr/>
    </w:pPr>
    <w:r>
      <w:rPr/>
      <w:drawing>
        <wp:inline distT="0" distB="0" distL="0" distR="0">
          <wp:extent cx="2324100" cy="904875"/>
          <wp:effectExtent l="0" t="0" r="0" b="0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56733" b="0"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Cambria"/>
        <w:sz w:val="22"/>
        <w:szCs w:val="22"/>
        <w:lang w:val="en-US" w:eastAsia="es-A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mbria" w:hAnsi="Cambria" w:eastAsia="Cambria" w:cs="Cambria"/>
      <w:color w:val="auto"/>
      <w:kern w:val="0"/>
      <w:sz w:val="22"/>
      <w:szCs w:val="22"/>
      <w:lang w:val="en-US" w:eastAsia="es-AR" w:bidi="ar-SA"/>
    </w:rPr>
  </w:style>
  <w:style w:type="paragraph" w:styleId="Ttulo1">
    <w:name w:val="Heading 1"/>
    <w:basedOn w:val="Normal"/>
    <w:next w:val="Normal"/>
    <w:link w:val="Ttulo1Car"/>
    <w:qFormat/>
    <w:pPr>
      <w:keepNext w:val="true"/>
      <w:keepLines/>
      <w:spacing w:before="480" w:after="0"/>
      <w:outlineLvl w:val="0"/>
    </w:pPr>
    <w:rPr>
      <w:rFonts w:ascii="Calibri" w:hAnsi="Calibri" w:eastAsia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pPr>
      <w:keepNext w:val="true"/>
      <w:keepLines/>
      <w:spacing w:before="200" w:after="0"/>
      <w:outlineLvl w:val="1"/>
    </w:pPr>
    <w:rPr>
      <w:rFonts w:ascii="Calibri" w:hAnsi="Calibri" w:eastAsia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pPr>
      <w:keepNext w:val="true"/>
      <w:keepLines/>
      <w:spacing w:before="200" w:after="0"/>
      <w:outlineLvl w:val="2"/>
    </w:pPr>
    <w:rPr>
      <w:rFonts w:ascii="Calibri" w:hAnsi="Calibri" w:eastAsia="Calibri" w:cs="Calibri"/>
      <w:b/>
      <w:bCs/>
      <w:color w:val="4F81BD"/>
    </w:rPr>
  </w:style>
  <w:style w:type="paragraph" w:styleId="Ttulo4">
    <w:name w:val="Heading 4"/>
    <w:basedOn w:val="Normal"/>
    <w:next w:val="Normal"/>
    <w:link w:val="Ttulo4Car"/>
    <w:qFormat/>
    <w:pPr>
      <w:keepNext w:val="true"/>
      <w:keepLines/>
      <w:spacing w:before="200" w:after="0"/>
      <w:outlineLvl w:val="3"/>
    </w:pPr>
    <w:rPr>
      <w:rFonts w:ascii="Calibri" w:hAnsi="Calibri" w:eastAsia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qFormat/>
    <w:pPr>
      <w:keepNext w:val="true"/>
      <w:keepLines/>
      <w:spacing w:before="200" w:after="0"/>
      <w:outlineLvl w:val="4"/>
    </w:pPr>
    <w:rPr>
      <w:rFonts w:ascii="Calibri" w:hAnsi="Calibri" w:eastAsia="Calibri" w:cs="Calibri"/>
      <w:color w:val="243F61"/>
    </w:rPr>
  </w:style>
  <w:style w:type="paragraph" w:styleId="Ttulo6">
    <w:name w:val="Heading 6"/>
    <w:basedOn w:val="Normal"/>
    <w:next w:val="Normal"/>
    <w:link w:val="Ttulo6Car"/>
    <w:qFormat/>
    <w:pPr>
      <w:keepNext w:val="true"/>
      <w:keepLines/>
      <w:spacing w:before="200" w:after="0"/>
      <w:outlineLvl w:val="5"/>
    </w:pPr>
    <w:rPr>
      <w:rFonts w:ascii="Calibri" w:hAnsi="Calibri" w:eastAsia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 w:val="true"/>
      <w:keepLines/>
      <w:spacing w:before="200" w:after="0"/>
      <w:outlineLvl w:val="6"/>
    </w:pPr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 w:val="true"/>
      <w:keepLines/>
      <w:spacing w:before="200" w:after="0"/>
      <w:outlineLvl w:val="7"/>
    </w:pPr>
    <w:rPr>
      <w:rFonts w:ascii="Calibri" w:hAnsi="Calibri" w:eastAsia="" w:cs=""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 w:val="true"/>
      <w:keepLines/>
      <w:spacing w:before="200" w:after="0"/>
      <w:outlineLvl w:val="8"/>
    </w:pPr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uiPriority w:val="99"/>
    <w:qFormat/>
    <w:rsid w:val="00e618bf"/>
    <w:rPr/>
  </w:style>
  <w:style w:type="character" w:styleId="PiedepginaCar" w:customStyle="1">
    <w:name w:val="Pie de página Car"/>
    <w:basedOn w:val="DefaultParagraphFont"/>
    <w:uiPriority w:val="99"/>
    <w:qFormat/>
    <w:rsid w:val="00e618bf"/>
    <w:rPr/>
  </w:style>
  <w:style w:type="character" w:styleId="Ttulo1Car" w:customStyle="1">
    <w:name w:val="Título 1 C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Ttulo2Car" w:customStyle="1">
    <w:name w:val="Título 2 C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Ttulo3Car" w:customStyle="1">
    <w:name w:val="Título 3 C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TtuloCar" w:customStyle="1">
    <w:name w:val="Título Car"/>
    <w:basedOn w:val="DefaultParagraphFont"/>
    <w:uiPriority w:val="10"/>
    <w:qFormat/>
    <w:rsid w:val="00fc693f"/>
    <w:rPr>
      <w:rFonts w:ascii="Calibri" w:hAnsi="Calibri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ubttuloCar" w:customStyle="1">
    <w:name w:val="Subtítulo Car"/>
    <w:basedOn w:val="DefaultParagraphFont"/>
    <w:uiPriority w:val="11"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extoindependienteCar" w:customStyle="1">
    <w:name w:val="Texto independiente Car"/>
    <w:basedOn w:val="DefaultParagraphFont"/>
    <w:uiPriority w:val="99"/>
    <w:qFormat/>
    <w:rsid w:val="00aa1d8d"/>
    <w:rPr/>
  </w:style>
  <w:style w:type="character" w:styleId="Textoindependiente2Car" w:customStyle="1">
    <w:name w:val="Texto independiente 2 Car"/>
    <w:basedOn w:val="DefaultParagraphFont"/>
    <w:link w:val="BodyText2"/>
    <w:uiPriority w:val="99"/>
    <w:qFormat/>
    <w:rsid w:val="00aa1d8d"/>
    <w:rPr/>
  </w:style>
  <w:style w:type="character" w:styleId="Textoindependiente3Car" w:customStyle="1">
    <w:name w:val="Texto independiente 3 Car"/>
    <w:basedOn w:val="DefaultParagraphFont"/>
    <w:link w:val="BodyText3"/>
    <w:uiPriority w:val="99"/>
    <w:qFormat/>
    <w:rsid w:val="00aa1d8d"/>
    <w:rPr>
      <w:sz w:val="16"/>
      <w:szCs w:val="16"/>
    </w:rPr>
  </w:style>
  <w:style w:type="character" w:styleId="TextomacroCar" w:customStyle="1">
    <w:name w:val="Texto macro Car"/>
    <w:basedOn w:val="DefaultParagraphFont"/>
    <w:link w:val="Macro"/>
    <w:uiPriority w:val="99"/>
    <w:qFormat/>
    <w:rsid w:val="0029639d"/>
    <w:rPr>
      <w:rFonts w:ascii="Courier" w:hAnsi="Courier"/>
      <w:sz w:val="20"/>
      <w:szCs w:val="20"/>
    </w:rPr>
  </w:style>
  <w:style w:type="character" w:styleId="CitaCar" w:customStyle="1">
    <w:name w:val="Cita Car"/>
    <w:basedOn w:val="DefaultParagraphFont"/>
    <w:link w:val="Quote"/>
    <w:uiPriority w:val="29"/>
    <w:qFormat/>
    <w:rsid w:val="00fc693f"/>
    <w:rPr>
      <w:i/>
      <w:iCs/>
      <w:color w:val="000000" w:themeColor="text1"/>
    </w:rPr>
  </w:style>
  <w:style w:type="character" w:styleId="Ttulo4Car" w:customStyle="1">
    <w:name w:val="Título 4 C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Ttulo5Car" w:customStyle="1">
    <w:name w:val="Título 5 C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color w:val="243F60" w:themeColor="accent1" w:themeShade="7f"/>
    </w:rPr>
  </w:style>
  <w:style w:type="character" w:styleId="Ttulo6Car" w:customStyle="1">
    <w:name w:val="Título 6 C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Ttulo7Car" w:customStyle="1">
    <w:name w:val="Título 7 C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Ttulo8Car" w:customStyle="1">
    <w:name w:val="Título 8 C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Destacado">
    <w:name w:val="Destacado"/>
    <w:basedOn w:val="DefaultParagraphFont"/>
    <w:uiPriority w:val="20"/>
    <w:qFormat/>
    <w:rsid w:val="00fc693f"/>
    <w:rPr>
      <w:i/>
      <w:iCs/>
    </w:rPr>
  </w:style>
  <w:style w:type="character" w:styleId="CitadestacadaCar" w:customStyle="1">
    <w:name w:val="Cita destacada Car"/>
    <w:basedOn w:val="DefaultParagraphFont"/>
    <w:link w:val="IntenseQuote"/>
    <w:uiPriority w:val="30"/>
    <w:qFormat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b75425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link w:val="TextoindependienteCar"/>
    <w:uiPriority w:val="99"/>
    <w:unhideWhenUsed/>
    <w:rsid w:val="00aa1d8d"/>
    <w:pPr>
      <w:spacing w:before="0" w:after="120"/>
    </w:pPr>
    <w:rPr/>
  </w:style>
  <w:style w:type="paragraph" w:styleId="Lista">
    <w:name w:val="List"/>
    <w:basedOn w:val="Normal"/>
    <w:uiPriority w:val="99"/>
    <w:unhideWhenUsed/>
    <w:rsid w:val="00aa1d8d"/>
    <w:pPr>
      <w:spacing w:before="0" w:after="200"/>
      <w:ind w:left="360" w:hanging="360"/>
      <w:contextualSpacing/>
    </w:pPr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Ttulogeneral">
    <w:name w:val="Title"/>
    <w:basedOn w:val="Normal"/>
    <w:next w:val="Normal"/>
    <w:link w:val="TtuloCar"/>
    <w:qFormat/>
    <w:pPr>
      <w:pBdr>
        <w:bottom w:val="single" w:sz="8" w:space="4" w:color="4F81BD"/>
      </w:pBdr>
      <w:spacing w:lineRule="auto" w:line="240" w:before="0" w:after="300"/>
    </w:pPr>
    <w:rPr>
      <w:rFonts w:ascii="Calibri" w:hAnsi="Calibri" w:eastAsia="Calibri" w:cs="Calibri"/>
      <w:color w:val="17365D"/>
      <w:sz w:val="52"/>
      <w:szCs w:val="52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fc693f"/>
    <w:pPr>
      <w:widowControl/>
      <w:bidi w:val="0"/>
      <w:spacing w:lineRule="auto" w:line="240" w:before="0" w:after="0"/>
      <w:jc w:val="left"/>
    </w:pPr>
    <w:rPr>
      <w:rFonts w:ascii="Cambria" w:hAnsi="Cambria" w:eastAsia="Cambria" w:cs="Cambria"/>
      <w:color w:val="auto"/>
      <w:kern w:val="0"/>
      <w:sz w:val="22"/>
      <w:szCs w:val="22"/>
      <w:lang w:val="en-US" w:eastAsia="es-AR" w:bidi="ar-SA"/>
    </w:rPr>
  </w:style>
  <w:style w:type="paragraph" w:styleId="ListParagraph">
    <w:name w:val="List Paragraph"/>
    <w:basedOn w:val="Normal"/>
    <w:uiPriority w:val="34"/>
    <w:qFormat/>
    <w:rsid w:val="00fc693f"/>
    <w:pPr>
      <w:spacing w:before="0" w:after="200"/>
      <w:ind w:left="720" w:hanging="0"/>
      <w:contextualSpacing/>
    </w:pPr>
    <w:rPr/>
  </w:style>
  <w:style w:type="paragraph" w:styleId="BodyText2">
    <w:name w:val="Body Text 2"/>
    <w:basedOn w:val="Normal"/>
    <w:link w:val="Textoindependiente2Car"/>
    <w:uiPriority w:val="99"/>
    <w:unhideWhenUsed/>
    <w:qFormat/>
    <w:rsid w:val="00aa1d8d"/>
    <w:pPr>
      <w:spacing w:lineRule="auto" w:line="480" w:before="0" w:after="120"/>
    </w:pPr>
    <w:rPr/>
  </w:style>
  <w:style w:type="paragraph" w:styleId="BodyText3">
    <w:name w:val="Body Text 3"/>
    <w:basedOn w:val="Normal"/>
    <w:link w:val="Textoindependiente3Car"/>
    <w:uiPriority w:val="99"/>
    <w:unhideWhenUsed/>
    <w:qFormat/>
    <w:rsid w:val="00aa1d8d"/>
    <w:pPr>
      <w:spacing w:before="0" w:after="120"/>
    </w:pPr>
    <w:rPr>
      <w:sz w:val="16"/>
      <w:szCs w:val="16"/>
    </w:rPr>
  </w:style>
  <w:style w:type="paragraph" w:styleId="Lista2">
    <w:name w:val="List Bullet 3"/>
    <w:basedOn w:val="Normal"/>
    <w:uiPriority w:val="99"/>
    <w:unhideWhenUsed/>
    <w:rsid w:val="00326f90"/>
    <w:pPr>
      <w:spacing w:before="0" w:after="200"/>
      <w:ind w:left="720" w:hanging="360"/>
      <w:contextualSpacing/>
    </w:pPr>
    <w:rPr/>
  </w:style>
  <w:style w:type="paragraph" w:styleId="Lista3">
    <w:name w:val="List Bullet 4"/>
    <w:basedOn w:val="Normal"/>
    <w:uiPriority w:val="99"/>
    <w:unhideWhenUsed/>
    <w:rsid w:val="00326f90"/>
    <w:pPr>
      <w:spacing w:before="0" w:after="200"/>
      <w:ind w:left="1080" w:hanging="360"/>
      <w:contextualSpacing/>
    </w:pPr>
    <w:rPr/>
  </w:style>
  <w:style w:type="paragraph" w:styleId="ListBullet">
    <w:name w:val="List Bullet"/>
    <w:basedOn w:val="Normal"/>
    <w:uiPriority w:val="99"/>
    <w:unhideWhenUsed/>
    <w:qFormat/>
    <w:rsid w:val="00326f90"/>
    <w:pPr>
      <w:numPr>
        <w:ilvl w:val="0"/>
        <w:numId w:val="1"/>
      </w:numPr>
      <w:spacing w:before="0" w:after="200"/>
      <w:contextualSpacing/>
    </w:pPr>
    <w:rPr/>
  </w:style>
  <w:style w:type="paragraph" w:styleId="ListBullet2">
    <w:name w:val="List Bullet 2"/>
    <w:basedOn w:val="Normal"/>
    <w:uiPriority w:val="99"/>
    <w:unhideWhenUsed/>
    <w:qFormat/>
    <w:rsid w:val="00326f90"/>
    <w:pPr>
      <w:numPr>
        <w:ilvl w:val="0"/>
        <w:numId w:val="2"/>
      </w:numPr>
      <w:spacing w:before="0" w:after="200"/>
      <w:contextualSpacing/>
    </w:pPr>
    <w:rPr/>
  </w:style>
  <w:style w:type="paragraph" w:styleId="ListBullet3">
    <w:name w:val="List Bullet 3"/>
    <w:basedOn w:val="Normal"/>
    <w:uiPriority w:val="99"/>
    <w:unhideWhenUsed/>
    <w:qFormat/>
    <w:rsid w:val="00326f90"/>
    <w:pPr>
      <w:tabs>
        <w:tab w:val="left" w:pos="720" w:leader="none"/>
      </w:tabs>
      <w:spacing w:before="0" w:after="200"/>
      <w:ind w:left="720" w:hanging="720"/>
      <w:contextualSpacing/>
    </w:pPr>
    <w:rPr/>
  </w:style>
  <w:style w:type="paragraph" w:styleId="ListNumber">
    <w:name w:val="List Number"/>
    <w:basedOn w:val="Normal"/>
    <w:uiPriority w:val="99"/>
    <w:unhideWhenUsed/>
    <w:qFormat/>
    <w:rsid w:val="00326f90"/>
    <w:pPr>
      <w:tabs>
        <w:tab w:val="left" w:pos="720" w:leader="none"/>
      </w:tabs>
      <w:spacing w:before="0" w:after="200"/>
      <w:ind w:left="720" w:hanging="720"/>
      <w:contextualSpacing/>
    </w:pPr>
    <w:rPr/>
  </w:style>
  <w:style w:type="paragraph" w:styleId="ListNumber2">
    <w:name w:val="List Number 2"/>
    <w:basedOn w:val="Normal"/>
    <w:uiPriority w:val="99"/>
    <w:unhideWhenUsed/>
    <w:qFormat/>
    <w:rsid w:val="0029639d"/>
    <w:pPr>
      <w:tabs>
        <w:tab w:val="left" w:pos="720" w:leader="none"/>
      </w:tabs>
      <w:spacing w:before="0" w:after="200"/>
      <w:ind w:left="720" w:hanging="720"/>
      <w:contextualSpacing/>
    </w:pPr>
    <w:rPr/>
  </w:style>
  <w:style w:type="paragraph" w:styleId="ListNumber3">
    <w:name w:val="List Number 3"/>
    <w:basedOn w:val="Normal"/>
    <w:uiPriority w:val="99"/>
    <w:unhideWhenUsed/>
    <w:qFormat/>
    <w:rsid w:val="0029639d"/>
    <w:pPr>
      <w:tabs>
        <w:tab w:val="left" w:pos="720" w:leader="none"/>
      </w:tabs>
      <w:spacing w:before="0" w:after="200"/>
      <w:ind w:left="720" w:hanging="720"/>
      <w:contextualSpacing/>
    </w:pPr>
    <w:rPr/>
  </w:style>
  <w:style w:type="paragraph" w:styleId="ListContinue">
    <w:name w:val="List Continue"/>
    <w:basedOn w:val="Normal"/>
    <w:uiPriority w:val="99"/>
    <w:unhideWhenUsed/>
    <w:qFormat/>
    <w:rsid w:val="0029639d"/>
    <w:pPr>
      <w:spacing w:before="0" w:after="120"/>
      <w:ind w:left="360" w:hanging="0"/>
      <w:contextualSpacing/>
    </w:pPr>
    <w:rPr/>
  </w:style>
  <w:style w:type="paragraph" w:styleId="ListContinue2">
    <w:name w:val="List Continue 2"/>
    <w:basedOn w:val="Normal"/>
    <w:uiPriority w:val="99"/>
    <w:unhideWhenUsed/>
    <w:qFormat/>
    <w:rsid w:val="0029639d"/>
    <w:pPr>
      <w:spacing w:before="0" w:after="120"/>
      <w:ind w:left="720" w:hanging="0"/>
      <w:contextualSpacing/>
    </w:pPr>
    <w:rPr/>
  </w:style>
  <w:style w:type="paragraph" w:styleId="ListContinue3">
    <w:name w:val="List Continue 3"/>
    <w:basedOn w:val="Normal"/>
    <w:uiPriority w:val="99"/>
    <w:unhideWhenUsed/>
    <w:qFormat/>
    <w:rsid w:val="0029639d"/>
    <w:pPr>
      <w:spacing w:before="0" w:after="120"/>
      <w:ind w:left="1080" w:hanging="0"/>
      <w:contextualSpacing/>
    </w:pPr>
    <w:rPr/>
  </w:style>
  <w:style w:type="paragraph" w:styleId="Macro">
    <w:name w:val="macro"/>
    <w:link w:val="TextomacroCar"/>
    <w:uiPriority w:val="99"/>
    <w:unhideWhenUsed/>
    <w:qFormat/>
    <w:rsid w:val="0029639d"/>
    <w:pPr>
      <w:widowControl/>
      <w:tabs>
        <w:tab w:val="clear" w:pos="720"/>
        <w:tab w:val="left" w:pos="576" w:leader="none"/>
        <w:tab w:val="left" w:pos="1152" w:leader="none"/>
        <w:tab w:val="left" w:pos="1728" w:leader="none"/>
        <w:tab w:val="left" w:pos="2304" w:leader="none"/>
        <w:tab w:val="left" w:pos="2880" w:leader="none"/>
        <w:tab w:val="left" w:pos="3456" w:leader="none"/>
        <w:tab w:val="left" w:pos="4032" w:leader="none"/>
      </w:tabs>
      <w:bidi w:val="0"/>
      <w:spacing w:lineRule="auto" w:line="276" w:before="0" w:after="200"/>
      <w:jc w:val="left"/>
    </w:pPr>
    <w:rPr>
      <w:rFonts w:ascii="Courier" w:hAnsi="Courier" w:eastAsia="Cambria" w:cs="Cambria"/>
      <w:color w:val="auto"/>
      <w:kern w:val="0"/>
      <w:sz w:val="20"/>
      <w:szCs w:val="20"/>
      <w:lang w:val="en-US" w:eastAsia="es-AR" w:bidi="ar-SA"/>
    </w:rPr>
  </w:style>
  <w:style w:type="paragraph" w:styleId="Quote">
    <w:name w:val="Quote"/>
    <w:basedOn w:val="Normal"/>
    <w:next w:val="Normal"/>
    <w:link w:val="CitaCar"/>
    <w:uiPriority w:val="29"/>
    <w:qFormat/>
    <w:rsid w:val="00fc693f"/>
    <w:pPr/>
    <w:rPr>
      <w:i/>
      <w:iCs/>
      <w:color w:val="000000" w:themeColor="tex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IntenseQuote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 w:hanging="0"/>
    </w:pPr>
    <w:rPr>
      <w:b/>
      <w:bCs/>
      <w:i/>
      <w:iCs/>
      <w:color w:val="4F81BD" w:themeColor="accent1"/>
    </w:rPr>
  </w:style>
  <w:style w:type="paragraph" w:styleId="Ttulodelndice">
    <w:name w:val="Index Heading"/>
    <w:basedOn w:val="Ttulo"/>
    <w:pPr/>
    <w:rPr/>
  </w:style>
  <w:style w:type="paragraph" w:styleId="Ttulodelsuma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  <w:rPr/>
  </w:style>
  <w:style w:type="paragraph" w:styleId="Subttulo">
    <w:name w:val="Subtitle"/>
    <w:basedOn w:val="Normal"/>
    <w:next w:val="Normal"/>
    <w:link w:val="SubttuloCar"/>
    <w:qFormat/>
    <w:pPr/>
    <w:rPr>
      <w:rFonts w:ascii="Calibri" w:hAnsi="Calibri" w:eastAsia="Calibri" w:cs="Calibri"/>
      <w:i/>
      <w:iCs/>
      <w:color w:val="4F81BD"/>
      <w:sz w:val="24"/>
      <w:szCs w:val="24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b7542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sz="8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sz="6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sz="8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sz="6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sz="8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sz="6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sz="8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sz="6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sz="8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sz="6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40404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BA0CD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CF7B79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3CC82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9F8AB9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8C0D4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F9B074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gzIL31mr8+ji27YZ+n6C9DC7gwQ==">CgMxLjAaJQoBMBIgCh4IB0IaCgZSb2JvdG8SEEFyaWFsIFVuaWNvZGUgTVMaJQoBMRIgCh4IB0IaCgZSb2JvdG8SEEFyaWFsIFVuaWNvZGUgTVMyDmguNjd3aWI3aTlhNHd4Mg5oLms2aHptaWw1YWc0ZDgAciExYm1sM0gtdkR5Q3hQZ2l3UjBwT1NLUFpIc3BGY1hnRFo=</go:docsCustomData>
</go:gDocsCustomXmlDataStorage>
</file>

<file path=customXml/itemProps1.xml><?xml version="1.0" encoding="utf-8"?>
<ds:datastoreItem xmlns:ds="http://schemas.openxmlformats.org/officeDocument/2006/customXml" ds:itemID="{0A8CFB5C-94A0-489E-9F65-9AE6E62762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LibreOffice/7.3.7.2$Linux_X86_64 LibreOffice_project/30$Build-2</Application>
  <AppVersion>15.0000</AppVersion>
  <Pages>1</Pages>
  <Words>129</Words>
  <Characters>1047</Characters>
  <CharactersWithSpaces>1183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2025-12-15T13:20:00Z</dcterms:created>
  <dc:creator>python-docx</dc:creator>
  <dc:description/>
  <dc:language>es-AR</dc:language>
  <cp:lastModifiedBy>Julieta</cp:lastModifiedBy>
  <cp:lastPrinted>2025-12-15T13:14:00Z</cp:lastPrinted>
  <dcterms:modified xsi:type="dcterms:W3CDTF">2025-12-15T13:20:00Z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